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EB806" w14:textId="77777777" w:rsidR="008E3823" w:rsidRPr="00A207C9" w:rsidRDefault="00000000">
      <w:pPr>
        <w:spacing w:after="480"/>
        <w:jc w:val="center"/>
        <w:rPr>
          <w:rFonts w:ascii="Times New Roman" w:hAnsi="Times New Roman" w:cs="Times New Roman"/>
          <w:sz w:val="36"/>
          <w:szCs w:val="36"/>
        </w:rPr>
      </w:pPr>
      <w:r w:rsidRPr="00A207C9">
        <w:rPr>
          <w:rFonts w:ascii="Times New Roman" w:hAnsi="Times New Roman" w:cs="Times New Roman"/>
          <w:b/>
          <w:sz w:val="36"/>
          <w:szCs w:val="36"/>
          <w:u w:val="single"/>
        </w:rPr>
        <w:t>PODRUČNE ŠKOLE JELOVNIK OD 19.10.2026.-23.10.2026.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857"/>
        <w:gridCol w:w="2736"/>
        <w:gridCol w:w="2736"/>
        <w:gridCol w:w="2736"/>
        <w:gridCol w:w="2736"/>
      </w:tblGrid>
      <w:tr w:rsidR="008E3823" w:rsidRPr="00A207C9" w14:paraId="78D892C4" w14:textId="77777777">
        <w:trPr>
          <w:jc w:val="center"/>
        </w:trPr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2F2F2"/>
          </w:tcPr>
          <w:p w14:paraId="57F6824A" w14:textId="77777777" w:rsidR="008E3823" w:rsidRPr="00A207C9" w:rsidRDefault="00000000">
            <w:pPr>
              <w:spacing w:before="80" w:after="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b/>
                <w:sz w:val="36"/>
                <w:szCs w:val="36"/>
              </w:rPr>
              <w:t>PONEDJELJAK</w:t>
            </w:r>
          </w:p>
        </w:tc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2F2F2"/>
          </w:tcPr>
          <w:p w14:paraId="26F12EFF" w14:textId="77777777" w:rsidR="008E3823" w:rsidRPr="00A207C9" w:rsidRDefault="00000000">
            <w:pPr>
              <w:spacing w:before="80" w:after="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b/>
                <w:sz w:val="36"/>
                <w:szCs w:val="36"/>
              </w:rPr>
              <w:t>UTORAK</w:t>
            </w:r>
          </w:p>
        </w:tc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2F2F2"/>
          </w:tcPr>
          <w:p w14:paraId="0DA4A583" w14:textId="77777777" w:rsidR="008E3823" w:rsidRPr="00A207C9" w:rsidRDefault="00000000">
            <w:pPr>
              <w:spacing w:before="80" w:after="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b/>
                <w:sz w:val="36"/>
                <w:szCs w:val="36"/>
              </w:rPr>
              <w:t>SRIJEDA</w:t>
            </w:r>
          </w:p>
        </w:tc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2F2F2"/>
          </w:tcPr>
          <w:p w14:paraId="006E40E6" w14:textId="77777777" w:rsidR="008E3823" w:rsidRPr="00A207C9" w:rsidRDefault="00000000">
            <w:pPr>
              <w:spacing w:before="80" w:after="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b/>
                <w:sz w:val="36"/>
                <w:szCs w:val="36"/>
              </w:rPr>
              <w:t>ČETVRTAK</w:t>
            </w:r>
          </w:p>
        </w:tc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  <w:shd w:val="clear" w:color="auto" w:fill="F2F2F2"/>
          </w:tcPr>
          <w:p w14:paraId="20BC74C6" w14:textId="77777777" w:rsidR="008E3823" w:rsidRPr="00A207C9" w:rsidRDefault="00000000">
            <w:pPr>
              <w:spacing w:before="80" w:after="8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b/>
                <w:sz w:val="36"/>
                <w:szCs w:val="36"/>
              </w:rPr>
              <w:t>PETAK</w:t>
            </w:r>
          </w:p>
        </w:tc>
      </w:tr>
      <w:tr w:rsidR="008E3823" w:rsidRPr="00A207C9" w14:paraId="0941D2B8" w14:textId="77777777">
        <w:trPr>
          <w:jc w:val="center"/>
        </w:trPr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27834F72" w14:textId="77777777" w:rsidR="008E3823" w:rsidRPr="00A207C9" w:rsidRDefault="00000000">
            <w:pPr>
              <w:spacing w:before="120"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BOLONJEZ</w:t>
            </w:r>
          </w:p>
          <w:p w14:paraId="738B8960" w14:textId="77777777" w:rsidR="008E3823" w:rsidRPr="00A207C9" w:rsidRDefault="00000000">
            <w:pPr>
              <w:spacing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KRUH</w:t>
            </w:r>
          </w:p>
          <w:p w14:paraId="4B221439" w14:textId="77777777" w:rsidR="008E3823" w:rsidRPr="00A207C9" w:rsidRDefault="00000000">
            <w:pPr>
              <w:spacing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NAPITAK</w:t>
            </w:r>
          </w:p>
          <w:p w14:paraId="2F4AEB4B" w14:textId="4320B383" w:rsidR="008E3823" w:rsidRPr="00A207C9" w:rsidRDefault="008E3823" w:rsidP="00A207C9">
            <w:pPr>
              <w:spacing w:after="120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68317230" w14:textId="77777777" w:rsidR="008E3823" w:rsidRPr="00A207C9" w:rsidRDefault="00000000">
            <w:pPr>
              <w:spacing w:before="120"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KRAFNA</w:t>
            </w:r>
          </w:p>
          <w:p w14:paraId="4BF68263" w14:textId="77777777" w:rsidR="008E3823" w:rsidRPr="00A207C9" w:rsidRDefault="00000000">
            <w:pPr>
              <w:spacing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ČOKOLADA</w:t>
            </w:r>
          </w:p>
          <w:p w14:paraId="4AF4FFD5" w14:textId="77777777" w:rsidR="008E3823" w:rsidRPr="00A207C9" w:rsidRDefault="00000000">
            <w:pPr>
              <w:spacing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MLIJEKO</w:t>
            </w:r>
          </w:p>
        </w:tc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34076F7D" w14:textId="77777777" w:rsidR="008E3823" w:rsidRPr="00A207C9" w:rsidRDefault="00000000">
            <w:pPr>
              <w:spacing w:before="120"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KUHANO VARIVO</w:t>
            </w:r>
          </w:p>
          <w:p w14:paraId="1C4CD179" w14:textId="77777777" w:rsidR="008E3823" w:rsidRPr="00A207C9" w:rsidRDefault="00000000">
            <w:pPr>
              <w:spacing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ORZO SA</w:t>
            </w:r>
          </w:p>
          <w:p w14:paraId="4A0CD83D" w14:textId="77777777" w:rsidR="008E3823" w:rsidRPr="00A207C9" w:rsidRDefault="00000000">
            <w:pPr>
              <w:spacing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KOBASICOM I</w:t>
            </w:r>
          </w:p>
          <w:p w14:paraId="69D0685C" w14:textId="591F58E3" w:rsidR="008E3823" w:rsidRPr="00A207C9" w:rsidRDefault="00A207C9">
            <w:pPr>
              <w:spacing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KRUMPIROM</w:t>
            </w:r>
          </w:p>
          <w:p w14:paraId="7B408735" w14:textId="77777777" w:rsidR="008E3823" w:rsidRPr="00A207C9" w:rsidRDefault="00000000">
            <w:pPr>
              <w:spacing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NAPITAK</w:t>
            </w:r>
          </w:p>
        </w:tc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758FEAC5" w14:textId="77777777" w:rsidR="008E3823" w:rsidRPr="00A207C9" w:rsidRDefault="00000000">
            <w:pPr>
              <w:spacing w:before="120"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MALI BUREK</w:t>
            </w:r>
          </w:p>
          <w:p w14:paraId="2D2E84C6" w14:textId="77777777" w:rsidR="008E3823" w:rsidRPr="00A207C9" w:rsidRDefault="00000000">
            <w:pPr>
              <w:spacing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OD SIRA</w:t>
            </w:r>
          </w:p>
          <w:p w14:paraId="6CA8677C" w14:textId="77777777" w:rsidR="008E3823" w:rsidRPr="00A207C9" w:rsidRDefault="00000000">
            <w:pPr>
              <w:spacing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JOGURT</w:t>
            </w:r>
          </w:p>
        </w:tc>
        <w:tc>
          <w:tcPr>
            <w:tcW w:w="2736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  <w:right w:val="single" w:sz="6" w:space="0" w:color="A0A0A0"/>
            </w:tcBorders>
          </w:tcPr>
          <w:p w14:paraId="1396EBCC" w14:textId="77777777" w:rsidR="008E3823" w:rsidRPr="00A207C9" w:rsidRDefault="00000000">
            <w:pPr>
              <w:spacing w:before="120" w:after="4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- SENDVIČ SA</w:t>
            </w:r>
          </w:p>
          <w:p w14:paraId="1FE0AC61" w14:textId="77777777" w:rsidR="008E3823" w:rsidRPr="00A207C9" w:rsidRDefault="00000000">
            <w:pPr>
              <w:spacing w:after="12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A207C9">
              <w:rPr>
                <w:rFonts w:ascii="Times New Roman" w:hAnsi="Times New Roman" w:cs="Times New Roman"/>
                <w:sz w:val="36"/>
                <w:szCs w:val="36"/>
              </w:rPr>
              <w:t>ČAJEM</w:t>
            </w:r>
          </w:p>
        </w:tc>
      </w:tr>
    </w:tbl>
    <w:p w14:paraId="3D3D8947" w14:textId="77777777" w:rsidR="00000000" w:rsidRPr="00A207C9" w:rsidRDefault="00000000">
      <w:pPr>
        <w:rPr>
          <w:rFonts w:ascii="Times New Roman" w:hAnsi="Times New Roman" w:cs="Times New Roman"/>
          <w:sz w:val="36"/>
          <w:szCs w:val="36"/>
        </w:rPr>
      </w:pPr>
    </w:p>
    <w:p w14:paraId="2B70251F" w14:textId="084CDC2C" w:rsidR="00A207C9" w:rsidRPr="00A207C9" w:rsidRDefault="00A207C9" w:rsidP="00A207C9">
      <w:pPr>
        <w:jc w:val="center"/>
        <w:rPr>
          <w:rFonts w:ascii="Times New Roman" w:hAnsi="Times New Roman" w:cs="Times New Roman"/>
          <w:sz w:val="36"/>
          <w:szCs w:val="36"/>
        </w:rPr>
      </w:pPr>
      <w:r w:rsidRPr="00A207C9">
        <w:rPr>
          <w:rFonts w:ascii="Times New Roman" w:hAnsi="Times New Roman" w:cs="Times New Roman"/>
          <w:sz w:val="36"/>
          <w:szCs w:val="36"/>
        </w:rPr>
        <w:t>- 1x VOĆE</w:t>
      </w:r>
    </w:p>
    <w:sectPr w:rsidR="00A207C9" w:rsidRPr="00A207C9" w:rsidSect="00034616">
      <w:pgSz w:w="15840" w:h="122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7437532">
    <w:abstractNumId w:val="8"/>
  </w:num>
  <w:num w:numId="2" w16cid:durableId="1678539054">
    <w:abstractNumId w:val="6"/>
  </w:num>
  <w:num w:numId="3" w16cid:durableId="1620575048">
    <w:abstractNumId w:val="5"/>
  </w:num>
  <w:num w:numId="4" w16cid:durableId="1478496609">
    <w:abstractNumId w:val="4"/>
  </w:num>
  <w:num w:numId="5" w16cid:durableId="1937246022">
    <w:abstractNumId w:val="7"/>
  </w:num>
  <w:num w:numId="6" w16cid:durableId="2105303281">
    <w:abstractNumId w:val="3"/>
  </w:num>
  <w:num w:numId="7" w16cid:durableId="464390394">
    <w:abstractNumId w:val="2"/>
  </w:num>
  <w:num w:numId="8" w16cid:durableId="2093894573">
    <w:abstractNumId w:val="1"/>
  </w:num>
  <w:num w:numId="9" w16cid:durableId="1618560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E3823"/>
    <w:rsid w:val="00966EA8"/>
    <w:rsid w:val="00A207C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6081F0"/>
  <w14:defaultImageDpi w14:val="300"/>
  <w15:docId w15:val="{ED9B17CC-819E-4D9B-9C53-6121A4D3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Ivan Marušić</cp:lastModifiedBy>
  <cp:revision>3</cp:revision>
  <dcterms:created xsi:type="dcterms:W3CDTF">2013-12-23T23:15:00Z</dcterms:created>
  <dcterms:modified xsi:type="dcterms:W3CDTF">2026-10-16T10:56:00Z</dcterms:modified>
  <cp:category/>
</cp:coreProperties>
</file>